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חודשי השנה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חודשי השנה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 חודש לנושא ולתחושה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ימים וחגים מיוחדים בכל 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אלול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שבט מתואר כחודש של עצים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בעמוד - משנכנס אדר מרבים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מתארים אותו כחודש הסתכלות פנימה וסליחה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תמוז מתואר כחודש של סיכום ומבט קדימה, לא תחילה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חודש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(התחלות חדשות ושמחה בסוכה)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(הוספת אור נר אחר 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(זיכרון, תודה ועצמאות)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(סיכום השנה ומבט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(הכנה לשנה החדשה וסליחה)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המתארת נכון נושא של חודש כלשהו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 להבין מתי חלים חגים ואירועים 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שמתאימה לנושא החודש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החודשים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לתלמידים כרטיסי חודשים לסידור פיזי לפני המטלה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מכל תלמיד להכין כרטיס משימה לחודש שבחר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חודשי השנה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מסע חודשי השנה העברית - הנושאים, החגים והתחושות המיוחדות של כל חודש, מתשרי ועד אלול.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החודש הראשון במסע המורשת?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חודש מוסיפים אור נר אחר 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חודש מתואר כחודש של אביב וחירות?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חודש מקבלים את התורה?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חודש הוא האחרון בשנה לפי מסע המורשת?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חודש חוגגים את יום העצמאות?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חשוון בנוי במלואו באתר עם מסע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שבט מתואר כחודש של קיץ וחום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אדר מרבים בשמחה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אלול הוא חודש של הכנה לשנה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תמוז הוא חודש תחילת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__________ מתחילים שנה חדשה ושמחים בסוכה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בחודש __________ זוכרים ומחממים את הלב בסוף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בחודש __________ העצים מתעוררים והמשפחה מתכנסת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בחודש __________ מספרים את סיפור היציאה ממצרים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בחודש __________ מביאים ביכורים ומקבלים את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בחודש __________ זוכרים בעדינות את מה שנחרב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חודש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תשרי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הוספת אור נר אחר 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כסלו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סיכום השנה ומבט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הכנה לשנה החדשה וסליחה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זיכרון, תודה ועצמאות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התחלות חדשות ושמחה בסוכה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החודשים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חודש אחד מהמסע וכתבו במילים שלכם מה מיוחד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לדעת את סדר החודשים בשנה העברית?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החודש הראשון בשנה העברית?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חודש אחד וכתבו נושא אחד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החודש האחרון במסע המורשת?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חודשי השנה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