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חודשי השנה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סדר חודשי השנה העברית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כל חודש לנושא ולתחושה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ימים וחגים מיוחדים בכל 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ניסן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ד – אלול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אייר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נכתב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שבט מתואר כחודש של עצים ושורשים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בעמוד - משנכנס אדר מרבים בשמחה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מתארים אותו כחודש הסתכלות פנימה וסליחה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תמוז מתואר כחודש של סיכום ומבט קדימה, לא תחילה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ניסן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חודש לנושא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(התחלות חדשות ושמחה בסוכה)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(הוספת אור נר אחר נר)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(זיכרון, תודה ועצמאות)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(סיכום השנה ומבט קדימה)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(הכנה לשנה החדשה וסליחה)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החודשים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חשוון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כסלו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שבט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אדר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המתארת נכון נושא של חודש כלשהו מתוך 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עוזר להבין מתי חלים חגים ואירועים חשובים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תשרי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שמתאימה לנושא החודש בעמוד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אלול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רשימת החודשים על הלוח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לחלק לתלמידים כרטיסי חודשים לסידור פיזי לפני המטלה הכתובה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ולבקש מכל תלמיד להכין כרטיס משימה לחודש שבחר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חודשי השנה העברית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על חודשי השנה העברית. כל חודש יש לו שם ונושא מיוחד.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מסע המורשת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הדרך שבה לומדים על כל חודשי השנה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חודש עברי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יחידת זמן בלוח השנה היהודי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ביכורים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הפירות הראשונים שמביאים לבית המקדש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חנ״מ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חגים ומועדים - שם קיצור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תקופה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זמן מסוים בשנה עם אופי משלו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מחזור השנה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הסדר שבו חוזרים החודשים כל 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חודש פותח את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חשוון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חודש חוגגים חנוכה?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חודש יוצאים ממצרים?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מתי מקבלים את התורה?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חודש מסיים את השנה?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תמוז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אלול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חוגגים עצמאות?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ניסן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תמוז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חשוון בנוי במלואו באתר עם מסע מלא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שבט מתואר כחודש של קיץ וחום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בחודש אדר מרבים בשמחה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אלול הוא חודש של הכנה לשנה החדשה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חודש תמוז הוא חודש תחילת השנה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בחודש __________ מתחילים שנה חדשה ושמחים בסוכה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בחודש __________ זוכרים ומחממים את הלב בסוף החורף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בחודש __________ העצים מתעוררים והמשפחה מתכנסת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בחודש __________ מספרים את סיפור היציאה ממצרים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בחודש __________ מביאים ביכורים ומקבלים את התורה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בחודש __________ זוכרים בעדינות את מה שנחרב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חודש לנושא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תשרי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סיכום השנה ומבט קדימה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כסלו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הכנה לשנה החדשה וסליחה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אייר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הוספת אור נר אחר נר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תמוז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התחלות חדשות ושמחה בסוכה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אלול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זיכרון, תודה ועצמאות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החודשים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כסלו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חשוון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אדר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תשרי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טבת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חודש אחד מהמסע וכתבו במילים שלכם מה מיוחד בו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לדעת את סדר החודשים בשנה העברית?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החודש הראשון בשנה העברית?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ציינו חודש אחד וכתבו נושא אחד שלו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החודש האחרון במסע המורשת?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חודשי השנה העברית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