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חודשי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חודש לנושא ולתחושה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ימים וחגים מיוחדים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שבט מתואר כחודש של עצים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בעמוד - משנכנס אדר מרבים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חודש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(התחלות חדשות ושמחה בסוכה)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(הוספת אור נר אחר 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(זיכרון, תודה ועצמאות)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(סיכום השנה ומבט 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המתארת נכון נושא של חודש כלשהו מתוך 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לנושא החודש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החודשים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כרטיסי חודשים לסידור פיזי לפני המטלה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מכל תלמיד להכין כרטיס משימה לחודש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מסע חודשי השנה העברית - הנושאים, החגים והתחושות המיוחדות של כל חודש, מתשרי ועד אלול.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תשרי  ·  טבת  ·  שבט  ·  ניסן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החודש הראשון במסע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חודש מוסיפים אור נר אחר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חודש מתואר כחודש של אביב וחירות?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חודש חשוון בנוי במלואו באתר עם מסע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חודש שבט מתואר כחודש של קיץ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בחודש אדר מרבים בשמחה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בחודש __________ מתחילים שנה חדשה ושמחים בסוכה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בחודש __________ זוכרים ומחממים את הלב בסוף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בחודש __________ העצים מתעוררים והמשפחה מתכנסת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בחודש __________ מספרים את סיפור היציאה ממצרים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חודש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תשרי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סיכום השנה ומבט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כסלו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זיכרון, תודה ועצמאות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התחלות חדשות ושמחה בסוכה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הוספת אור נר אחר נר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חודש אחד מהמסע וכתבו במילים שלכם מה מיוחד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החודש הראשון בשנה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חודש אחד וכתבו נושא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חודשי השנה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